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נוהגים בראש – זהירות בדרכים לבני נוער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הסיכונים הייחודיים לגיל ההתבגרות בדרכים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הפיזיקה של מרחק תגובה ובלימה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התמודדות עם לחץ חברתי וקבלת החלטות בטוחה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גדל פי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שנות ה-20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קסדה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פריט זוהר או מחזיר 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מצטמצם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אני לא מרגיש/ה בנוח, אפשר להאט?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לפי הנתונים, המספר עלה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כ-128 מתוך 459, בערך אחד מארבעה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הסחת דעת פוגעת בזמן התגובה ובכל מרחק העצירה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מותר רק רוכב אחד בכלי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אסור להשתמש באוזניות ברכיבה כדי לשמוע את הסביבה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חוגרים בכל מושב ובכל נסיעה, כולל מונית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לא נכון – זה לא נימוק אמיתי, אלא לחץ חברתי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ריבוע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אדום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כיס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להיגרר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רוכב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(גדל ביחס ישר למהירות ולזמן התגובה)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(גדל בריבוע המהירות)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(חובה בכל גיל לרוכב כלי חשמלי)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(מגדיל את המרחק שבו רואים אותנו בלילה)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(חובה בכל מושב ובכל נסיעה)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(כלי לעצירה ובחירה מודעת תחת לחץ)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מרגישים שחבר מפעיל לחץ חברתי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עוצרים רגע וחושבים (עש״ן ד״ק)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בוחרים תשובה שומרת על עצמי ועל החברות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אומרים את התשובה בביטחון, בלי להשפיל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ממשיכים בדרך הבטוחה שבחרנו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כוללת: סירוב ברור, נימוק קצר (בטיחות/חוק), הצעה חלופית או שמירה על קשר חיובי, טון מכבד ולא משפיל.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טובה: אמירה ברורה ומכבדת, בקשה קונקרטית (להאט), ואפשרות לבקש לרדת מהרכב אם הסירוב לא מתקבל.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תגובה-ליניארי למהירות; בלימה-בריבוע המהירות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מכבד שלא משפיל את החבר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קסדה, פנס לבן קדימה ואדום מאחור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למה דווקא גיל ההתבגרות נחשב מסוכן יותר בדרכים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בקול את התשובות לשאלת האתגר על לחץ חברתי בעבודה בזוגות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לקשר את חלק הפיזיקה להדגמה מספרית פשוטה על הלוח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נוהגים בראש – זהירות בדרכים לבני נוער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בגיל ההתבגרות גדל הרצון לעצמאות ולשייכות לקבוצה, וזה משפיע גם על התנהגות בדרכים. בדף זה נתרגל ידע וכלים שעוזרים להישאר בטוחים – כהולכי רגל, רוכבים ונוסעים.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קורה למרחק הבלימה כשהמהירות כפולה?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נשאר אותו 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גדל פי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גדל פי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קטן פי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החלק במוח ששוקל סיכונים ותוצאות מתפתח עד: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גיל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גיל 13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שנות ה-20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פעם לא מפסיק להתפתח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חובה על כל רוכב אופניים חשמליים או קורקינט חשמלי?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אוזניות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קסדה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מצלמה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משקפי 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עוזר יותר לנהג לראות הולך רגל בחושך?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בגדים כהים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פריט זוהר או מחזיר אור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הליכה מהירה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כלום מזה לא עוזר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כשמסתכלים בטלפון בזמן הליכה, מה קורה לשדה הראייה?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מתרחב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נשאר אותו 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מצטמצם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נעלם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אפשר לומר לנהג שנוסע מהר מדי או נראה עייף?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שום דבר, לא נעים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אני לא מרגיש/ה בנוח, אפשר להאט?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לצעוק עליו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לקפוץ מהרכב בנסיעה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ההרוגים בתאונות דרכים ירד בין 2024 ל-2025.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בערך רבע מהנהרגים בתאונות דרכים הם הולכי רגל.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הסחת דעת כמו הודעה או שיחה מאריכה את זמן התגובה.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לרכוב שני אנשים יחד על קורקינט חשמלי.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לרכוב על קורקינט חשמלי עם אוזניות.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חובה לחגור חגורת בטיחות גם במונית.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7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״כולם עושים את זה״ הוא נימוק טוב להחלטה.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מרחק הבלימה גדל ב__________ של המהירות.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פנס __________ חובה בחזית בכל רכיבה בחושך.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פנס __________ חובה מאחור בכל רכיבה בחושך.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לפני חצייה, מכניסים את הטלפון ל__________ ומורידים אוזניות.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שיטת עש״ן ד״ק עוזרת לעצור רגע ולבחור, במקום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אחריות על בטיחות ברכיבה היא תמיד של ה__________.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מרחק תגובה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מגדיל את המרחק שבו רואים אותנו בלילה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מרחק בלימה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כלי לעצירה ובחירה מודעת תחת לחץ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קסדה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חובה בכל מושב ובכל נסיעה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פריט מחזיר אור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גדל בריבוע המהירות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חגורת בטיחות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חובה בכל גיל לרוכב כלי חשמלי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עש״ן ד״ק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גדל ביחס ישר למהירות ולזמן התגובה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אומרים את התשובה בביטחון, בלי להשפיל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ממשיכים בדרך הבטוחה שבחרנו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עוצרים רגע וחושבים (עש״ן ד״ק)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תשובה שומרת על עצמי ועל החברות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מרגישים שחבר מפעיל לחץ חברתי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חבר מציע לך לרכוב איתו על אופניים חשמליים ׳רק עד הפינה׳ בלי קסדה. כתבו תשובה שאומרת ׳לא׳ אך שומרת על החברות.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אתם נוסעים ברכב ומרגישים שהנהג נוהג מהר מדי. כתבו מה הייתם אומרים ועושים.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מרחק תגובה למרחק בלימה?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 לסירוב מנומס ללחץ חברתי.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חובה לעשות לפני רכיבה על קורקינט חשמלי בחושך?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נוהגים בראש – זהירות בדרכים לבני נוער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