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– זהירות בדרכים 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הסיכונים הייחודיים לגיל ההתבגרות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הפיזיקה של מרחק תגובה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התמודדות עם לחץ חברתי וקבלת החלטות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שנות ה-20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פריט זוהר או מחזיר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מצטמצם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אני לא מרגיש/ה בנוח, אפשר להאט?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הנתונים, המספר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כ-128 מתוך 459, בערך אחד מארבעה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הסחת דעת פוגעת בזמן התגובה ובכל מרחק העצירה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רק רוכב אחד בכלי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להשתמש באוזניות ברכיבה כדי לשמוע את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חוגרים בכל מושב ובכל נסיעה, כולל מונית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זה לא נימוק אמיתי, אלא לחץ חברתי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להיגרר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(גדל ביחס ישר למהירות ולזמן התגובה)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(גדל בריבוע המהירות)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(חובה בכל גיל לרוכב כלי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(מגדיל את המרחק שבו רואים אותנו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(חובה בכל מושב ובכל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(כלי לעצירה ובחירה מודעת תחת 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מרגישים שחבר מפעיל לחץ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רגע וחושבים (עש״ן ד״ק)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תשובה שומרת על עצמי ועל החברות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את התשובה בביטחון, בלי להשפיל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בדרך הבטוחה שבחרנו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סירוב ברור, נימוק קצר (בטיחות/חוק), הצעה חלופית או שמירה על קשר חיובי, טון מכבד ולא משפיל.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טובה: אמירה ברורה ומכבדת, בקשה קונקרטית (להאט), ואפשרות לבקש לרדת מהרכב אם הסירוב לא מתקבל.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תגובה-ליניארי למהירות; בלימה-בריבוע 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מכבד שלא משפיל את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קסדה, פנס לבן קדימה ואדום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למה דווקא גיל ההתבגרות נחשב מסוכן יותר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התשובות לשאלת האתגר על לחץ חברתי בעבודה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 הפיזיקה להדגמה מספרית פשוטה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– זהירות בדרכים 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בגיל שלכם רוצים להיות עצמאיים וזה טבעי. אבל בדרכים צריך להיזהר. בדף הזה נלמד איך להיות בטוחים.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נוסע עד שהנהג מתחיל לבלום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נוסע מרגע הבלימה ועד עצירה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שמסיט את תשומת הלב, כמו טלפון או מוזיקה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פריט מחזיר 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שעוזר לנהגים לראות אותנו בחושך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לעצור רגע ולחשוב לפני שמחליטים תחת לחץ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שצריך לעשות משהו כי אחרים עושים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קורקינט חשמלי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רכב חשמלי שדורש גיל מינימום ורישיון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נוסעים מהר יותר פי 2, מרחק הבלימה גדל כמה פעמים?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עד איזה גיל מתפתח החלק במוח ששוקל סיכונים?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גיל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שנות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מפסיק להתפתח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חייבים ללבוש כשרוכבים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לנהגים לראות אותנו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פריט זוהר או מחזיר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הליכה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מזה לא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לראייה שלנו כשמסתכלים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מצטמצם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אומרים לנהג שנוהג בצורה מסוכנת?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לא נעים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לא מרגיש/ה בנוח, אפשר להאט?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 מהרכב בנסיעה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ההרוגים בתאונות דרכים ירד בין 2024 ל-2025.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בערך רבע מהנהרגים בתאונות דרכים הם הולכי 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הסחת דעת כמו הודעה או שיחה מאריכה את זמן התגובה.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שני אנשים יחד על קורקינט חשמלי.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קורקינט חשמלי עם אוזניות.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לחגור חגורת בטיחות גם במונית.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״כולם עושים את זה״ הוא נימוק טוב להחלטה.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הבלימה גדל ב__________ של המהירות.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פנס __________ חובה בחזית בכל רכיבה בחושך.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פנס __________ חובה מאחור בכל רכיבה בחושך.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חצייה, מכניסים את הטלפון ל__________ ומורידים אוזניות.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שיטת עש״ן ד״ק עוזרת לעצור רגע ולבחור, במקום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אחריות על בטיחות ברכיבה היא תמיד של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חובה בכל גיל לרוכב כלי חשמלי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גדל ביחס ישר למהירות ולזמן התגובה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לעצירה ובחירה מודעת תחת 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פריט מחזיר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גדל בריבוע המהירות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מגדיל את המרחק שבו רואים אותנו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חובה בכל מושב ובכל נסיעה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התשובה בביטחון, בלי להשפיל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תשובה שומרת על עצמי ועל החברות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שחבר מפעיל לחץ חברתי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בדרך הבטוחה שבחרנו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וחושבים (עש״ן ד״ק)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מציע לך לרכוב איתו על אופניים חשמליים ׳רק עד הפינה׳ בלי קסדה. כתבו תשובה שאומרת ׳לא׳ אך שומרת על החברות.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אתם נוסעים ברכב ומרגישים שהנהג נוהג מהר מדי. כתבו מה הייתם אומרים ועושים.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לסירוב מנומס ללחץ חברתי.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חובה לעשות לפני רכיבה על קורקינט חשמלי בחושך?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– זהירות בדרכים לבני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