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– זהירות בדרכים 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הסיכונים הייחודיים לגיל ההתבגרות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הפיזיקה של מרחק תגובה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התמודדות עם לחץ חברתי וקבלת החלטות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שנות ה-20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פריט זוהר או מחזיר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הנתונים, המספר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כ-128 מתוך 459, בערך אחד מארבעה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הסחת דעת פוגעת בזמן התגובה ובכל מרחק העצירה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רק רוכב אחד בכלי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(גדל ביחס ישר למהירות ולזמן התגובה)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(גדל בריבוע המהירות)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(חובה בכל גיל לרוכב כלי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(מגדיל את המרחק שבו רואים אותנו בלילה)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מרגישים שחבר מפעיל לחץ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רגע וחושבים (עש״ן ד״ק)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תשובה שומרת על עצמי ועל החברות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את התשובה בביטחון, בלי להשפיל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כוללת: סירוב ברור, נימוק קצר (בטיחות/חוק), הצעה חלופית או שמירה על קשר חיובי, טון מכבד ולא משפיל.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תגובה-ליניארי למהירות; בלימה-בריבוע 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מכבד שלא משפיל את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קסדה, פנס לבן קדימה ואדום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למה דווקא גיל ההתבגרות נחשב מסוכן יותר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התשובות לשאלת האתגר על לחץ חברתי בעבודה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 הפיזיקה להדגמה מספרית פשוטה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– זהירות בדרכים 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בגיל ההתבגרות גדל הרצון לעצמאות ולשייכות לקבוצה, וזה משפיע גם על התנהגות בדרכים. בדף זה נתרגל ידע וכלים שעוזרים להישאר בטוחים – כהולכי רגל, רוכבים ונוסעים.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ריבוע  ·  אדום  ·  לבן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החלק במוח ששוקל סיכונים ותוצאות מתפתח עד: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גיל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גיל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שנות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חובה על כל רוכב אופניים חשמליים או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עוזר יותר לנהג לראות הולך רגל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פריט זוהר או מחזיר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הליכה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ההרוגים בתאונות דרכים ירד בין 2024 ל-2025.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בערך רבע מהנהרגים בתאונות דרכים הם הולכי 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הסחת דעת כמו הודעה או שיחה מאריכה את זמן התגובה.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לרכוב שני אנשים יחד על קורקינט חשמלי.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מרחק הבלימה גדל ב__________ של המהירות.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פנס __________ חובה בחזית בכל רכיבה בחושך.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פנס __________ חובה מאחור בכל רכיבה בחושך.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מגדיל את המרחק שבו רואים אותנו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גדל ביחס ישר למהירות ולזמן התגובה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גדל בריבוע המהירות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פריט מחזיר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חובה בכל גיל לרוכב כלי חשמלי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תשובה שומרת על עצמי ועל החברות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את התשובה בביטחון, בלי להשפיל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רגע וחושבים (עש״ן ד״ק)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מרגישים שחבר מפעיל לחץ חברתי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 מציע לך לרכוב איתו על אופניים חשמליים ׳רק עד הפינה׳ בלי קסדה. כתבו תשובה שאומרת ׳לא׳ אך שומרת על החברות.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לסירוב מנומס ללחץ חברתי.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– זהירות בדרכים לבני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